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Joseph Betty</w:t>
      </w:r>
    </w:p>
    <w:p>
      <w:r>
        <w:rPr>
          <w:b/>
          <w:color w:val="FF6600"/>
          <w:sz w:val="28"/>
        </w:rPr>
        <w:t>SOFTWARE ENGINEER (FULLSTACK)</w:t>
      </w:r>
    </w:p>
    <w:p>
      <w:pPr>
        <w:jc w:val="left"/>
      </w:pPr>
      <w:r>
        <w:t>📱 09018258090  |  ✉ josephhibetty@gmail.com  |  🌐 kevinjoeb.netlify.app  |  LinkedIn: linkedin.com/in/joseph-betty-350a72246  |  GitHub: github.com/joseph1435</w:t>
      </w:r>
    </w:p>
    <w:p>
      <w:pPr>
        <w:pStyle w:val="Heading2"/>
      </w:pPr>
      <w:r>
        <w:t>PROFESSIONAL STATEMENT</w:t>
      </w:r>
    </w:p>
    <w:p>
      <w:r>
        <w:t>I am a Software Engineer passionate about building scalable, user-friendly, and accessible web applications with robust backend infrastructures. My expertise spans multiple technologies and tools, where I successfully build and deliver high-performance, agile software solutions. Beyond development, I actively explore new technologies, share knowledge, and collaborate on open-source projects. With strong problem-solving skills, cross-functional collaboration, and a keen eye for optimization, I thrive in dynamic environments, delivering efficient, maintainable, and impactful software solutions.</w:t>
      </w:r>
    </w:p>
    <w:p>
      <w:pPr>
        <w:pStyle w:val="Heading2"/>
      </w:pPr>
      <w:r>
        <w:t>WORK EXPERIENCE</w:t>
      </w:r>
    </w:p>
    <w:p>
      <w:pPr>
        <w:pStyle w:val="ListBullet"/>
      </w:pPr>
      <w:r>
        <w:rPr>
          <w:b/>
        </w:rPr>
        <w:t>AAJ EXPRESS</w:t>
        <w:br/>
      </w:r>
    </w:p>
    <w:p>
      <w:r>
        <w:t>Senior Software Engineer (Frontend) | September 2023 – Present</w:t>
      </w:r>
    </w:p>
    <w:p>
      <w:pPr>
        <w:pStyle w:val="ListBullet"/>
      </w:pPr>
      <w:r>
        <w:t>• Led frontend development for a logistics platform serving 500+ employees, automating processes and improving customer satisfaction.</w:t>
      </w:r>
    </w:p>
    <w:p>
      <w:pPr>
        <w:pStyle w:val="ListBullet"/>
      </w:pPr>
      <w:r>
        <w:t>• Automated business processes, improved customer satisfaction, reduced waiting time by over 10%, and increased annual revenue by 30%.</w:t>
      </w:r>
    </w:p>
    <w:p>
      <w:pPr>
        <w:pStyle w:val="ListBullet"/>
      </w:pPr>
      <w:r>
        <w:t>• Developed robust frontend applications integrated with REST APIs, GraphQL APIs, and WebSocket technology, ensuring real-time data and reducing latency by 35% during peak usage.</w:t>
      </w:r>
    </w:p>
    <w:p>
      <w:pPr>
        <w:pStyle w:val="ListBullet"/>
      </w:pPr>
      <w:r>
        <w:t>• Optimized CI/CD pipelines with Docker, Bitbucket, and AWS services, reducing deployment time by 50% and improving versioning efficiency.</w:t>
      </w:r>
    </w:p>
    <w:p>
      <w:pPr>
        <w:pStyle w:val="ListBullet"/>
      </w:pPr>
      <w:r>
        <w:rPr>
          <w:b/>
        </w:rPr>
        <w:t>VankWallet</w:t>
        <w:br/>
      </w:r>
    </w:p>
    <w:p>
      <w:r>
        <w:t>Frontend Software Engineer | January 2023 – September 2023</w:t>
      </w:r>
    </w:p>
    <w:p>
      <w:pPr>
        <w:pStyle w:val="ListBullet"/>
      </w:pPr>
      <w:r>
        <w:t>• Developed an AI-powered digital real-estate software solution, enabling 100+ users to participate in fractional ownership of high-yielding properties.</w:t>
      </w:r>
    </w:p>
    <w:p>
      <w:pPr>
        <w:pStyle w:val="ListBullet"/>
      </w:pPr>
      <w:r>
        <w:t>• Designed an in-app digital wallet system, facilitating secure payments for property investments.</w:t>
      </w:r>
    </w:p>
    <w:p>
      <w:pPr>
        <w:pStyle w:val="ListBullet"/>
      </w:pPr>
      <w:r>
        <w:t>• Leveraged modern technologies (Web3, NuxtJS, REST APIs) to enhance platform scalability and efficiency by 30%.</w:t>
      </w:r>
    </w:p>
    <w:p>
      <w:pPr>
        <w:pStyle w:val="ListBullet"/>
      </w:pPr>
      <w:r>
        <w:t>• Enhanced UI/UX by ensuring technical feasibility of designs, reducing page load time by 50%, and improving user satisfaction scores.</w:t>
      </w:r>
    </w:p>
    <w:p>
      <w:pPr>
        <w:pStyle w:val="ListBullet"/>
      </w:pPr>
      <w:r>
        <w:rPr>
          <w:b/>
        </w:rPr>
        <w:t>WhoGoHost</w:t>
        <w:br/>
      </w:r>
    </w:p>
    <w:p>
      <w:r>
        <w:t>Frontend Software Engineer | March 2022 – January 2023</w:t>
      </w:r>
    </w:p>
    <w:p>
      <w:pPr>
        <w:pStyle w:val="ListBullet"/>
      </w:pPr>
      <w:r>
        <w:t>• Collaborated throughout the full lifecycle of two software products, from conceptualization to market release, contributing to a 30% reduction in development time through iterative development.</w:t>
      </w:r>
    </w:p>
    <w:p>
      <w:pPr>
        <w:pStyle w:val="ListBullet"/>
      </w:pPr>
      <w:r>
        <w:t>• Optimized web app performance, reducing initial load time by 30%, as measured by Lighthouse tests.</w:t>
      </w:r>
    </w:p>
    <w:p>
      <w:pPr>
        <w:pStyle w:val="ListBullet"/>
      </w:pPr>
      <w:r>
        <w:t>• Implemented Test-Driven Development (TDD), increasing code reliability and reducing post-release bugs by 15%.</w:t>
      </w:r>
    </w:p>
    <w:p>
      <w:pPr>
        <w:pStyle w:val="ListBullet"/>
      </w:pPr>
      <w:r>
        <w:t>• Integrated CI/CD pipelines with GitHub Actions and FTP, automating deployments and reducing manual deployment time by 20%.</w:t>
      </w:r>
    </w:p>
    <w:p>
      <w:pPr>
        <w:pStyle w:val="ListBullet"/>
      </w:pPr>
      <w:r>
        <w:rPr>
          <w:b/>
        </w:rPr>
        <w:t>TNN Africa</w:t>
        <w:br/>
      </w:r>
    </w:p>
    <w:p>
      <w:r>
        <w:t>Front-End Developer | February 2021 – February 2022</w:t>
      </w:r>
    </w:p>
    <w:p>
      <w:pPr>
        <w:pStyle w:val="ListBullet"/>
      </w:pPr>
      <w:r>
        <w:t>• Developed a Doctor-Patient health management web application with features like document sharing, appointment scheduling, and WebRTC video calls, enabling real-time consultations and improving interaction efficiency by 20%.</w:t>
      </w:r>
    </w:p>
    <w:p>
      <w:pPr>
        <w:pStyle w:val="ListBullet"/>
      </w:pPr>
      <w:r>
        <w:t>• Designed the application interface using intuitive UX principles, reducing user training time by 50% and increasing adoption among healthcare professionals.</w:t>
      </w:r>
    </w:p>
    <w:p>
      <w:pPr>
        <w:pStyle w:val="ListBullet"/>
      </w:pPr>
      <w:r>
        <w:t>• Contributed to a platform now serving 1,000+ active users monthly, enhancing accessibility and engagement for patients and doctors.</w:t>
      </w:r>
    </w:p>
    <w:p>
      <w:pPr>
        <w:pStyle w:val="Heading2"/>
      </w:pPr>
      <w:r>
        <w:t>EDUCATION</w:t>
      </w:r>
    </w:p>
    <w:p>
      <w:r>
        <w:t>B.Eng Software Engineering (In View)</w:t>
        <w:br/>
        <w:t>Federal University of Petroleum Resources, Effurun, Nigeria</w:t>
      </w:r>
    </w:p>
    <w:p>
      <w:pPr>
        <w:pStyle w:val="Heading2"/>
      </w:pPr>
      <w:r>
        <w:t>TECHNICAL SKILLS</w:t>
      </w:r>
    </w:p>
    <w:p>
      <w:r>
        <w:t>Frontend Development: HTML, CSS/SASS/SCSS/PostCSS, TailwindCSS, JavaScript, JQuery, TypeScript, ReactJS, NextJS, VueJS, NuxtJS, Redux.</w:t>
        <w:br/>
        <w:t>Backend Development: NodeJS, Express, REST, GraphQL.</w:t>
        <w:br/>
        <w:t>Testing and Automation: Jest, Cypress.</w:t>
        <w:br/>
        <w:t>Version Control and Collaboration: Git &amp; GitHub.</w:t>
        <w:br/>
        <w:t>Database and Storage: MongoDB, SQL/MySQL/PostgreSQL.</w:t>
        <w:br/>
        <w:t>Cloud and DevOps: AWS, Docker, Google Cloud.</w:t>
        <w:br/>
        <w:t>Blockchain: Web3.js, Ethers.js, Solidity, Ethereum blockchain.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